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Contoh Doa, Sambutan Pembina, dan Susunan Acara Upacara Hari Pramuka 2026</w:t>
      </w:r>
    </w:p>
    <w:p>
      <w:pPr>
        <w:jc w:val="center"/>
      </w:pPr>
      <w:r>
        <w:t>Hari Pramuka ke-65 — Jumat, 14 Agustus 2026</w:t>
      </w:r>
    </w:p>
    <w:p>
      <w:pPr>
        <w:pStyle w:val="Heading1"/>
      </w:pPr>
      <w:r>
        <w:t>A. Susunan Acara Upacara Hari Pramuka 2026</w:t>
      </w:r>
    </w:p>
    <w:p>
      <w:r>
        <w:t>1. Pemimpin upacara memasuki lapangan upacara.</w:t>
      </w:r>
    </w:p>
    <w:p>
      <w:r>
        <w:t>2. Pembina upacara memasuki lapangan upacara.</w:t>
      </w:r>
    </w:p>
    <w:p>
      <w:r>
        <w:t>3. Penghormatan kepada pembina upacara.</w:t>
      </w:r>
    </w:p>
    <w:p>
      <w:r>
        <w:t>4. Laporan pemimpin upacara kepada pembina upacara.</w:t>
      </w:r>
    </w:p>
    <w:p>
      <w:r>
        <w:t>5. Pengibaran Sang Merah Putih diiringi lagu Indonesia Raya.</w:t>
      </w:r>
    </w:p>
    <w:p>
      <w:r>
        <w:t>6. Mengheningkan cipta dipimpin oleh pembina upacara.</w:t>
      </w:r>
    </w:p>
    <w:p>
      <w:r>
        <w:t>7. Pembacaan Pancasila oleh pembina upacara, diikuti seluruh peserta.</w:t>
      </w:r>
    </w:p>
    <w:p>
      <w:r>
        <w:t>8. Pembacaan Dasa Darma Pramuka.</w:t>
      </w:r>
    </w:p>
    <w:p>
      <w:r>
        <w:t>9. Pembacaan Tri Satya Pramuka.</w:t>
      </w:r>
    </w:p>
    <w:p>
      <w:r>
        <w:t>10. Amanat atau sambutan pembina upacara.</w:t>
      </w:r>
    </w:p>
    <w:p>
      <w:r>
        <w:t>11. Pembacaan doa.</w:t>
      </w:r>
    </w:p>
    <w:p>
      <w:r>
        <w:t>12. Menyanyikan lagu Hymne Pramuka dan/atau Satya Darma Pramuka.</w:t>
      </w:r>
    </w:p>
    <w:p>
      <w:r>
        <w:t>13. Laporan pemimpin upacara kepada pembina upacara.</w:t>
      </w:r>
    </w:p>
    <w:p>
      <w:r>
        <w:t>14. Penghormatan kepada pembina upacara.</w:t>
      </w:r>
    </w:p>
    <w:p>
      <w:r>
        <w:t>15. Pembina upacara meninggalkan lapangan.</w:t>
      </w:r>
    </w:p>
    <w:p>
      <w:r>
        <w:t>16. Upacara selesai, peserta dibubarkan.</w:t>
      </w:r>
    </w:p>
    <w:p>
      <w:pPr>
        <w:pStyle w:val="Heading1"/>
      </w:pPr>
      <w:r>
        <w:t>B. Contoh Teks Sambutan Pembina Upacara Hari Pramuka 2026</w:t>
      </w:r>
    </w:p>
    <w:p>
      <w:r>
        <w:t>Assalamu'alaikum warahmatullahi wabarakatuh.</w:t>
      </w:r>
    </w:p>
    <w:p>
      <w:r>
        <w:t>Salam Pramuka!</w:t>
      </w:r>
    </w:p>
    <w:p>
      <w:r>
        <w:t>Yang saya hormati para pembina, pelatih, dan seluruh jajaran Gerakan Pramuka, serta adik-adik Pramuka yang saya banggakan.</w:t>
      </w:r>
    </w:p>
    <w:p>
      <w:r>
        <w:t>Puji syukur kita panjatkan kepada Tuhan Yang Maha Esa karena atas rahmat dan karunia-Nya, kita dapat mengikuti Upacara Hari Pramuka Tahun 2026 dalam keadaan sehat dan penuh semangat.</w:t>
      </w:r>
    </w:p>
    <w:p>
      <w:r>
        <w:t>Hari Pramuka bukan sekadar kegiatan seremonial. Momentum ini menjadi pengingat bahwa Gerakan Pramuka memiliki peran penting dalam membentuk generasi muda yang disiplin, mandiri, bertanggung jawab, peduli terhadap sesama, serta memiliki kecintaan terhadap tanah air.</w:t>
      </w:r>
    </w:p>
    <w:p>
      <w:r>
        <w:t>Adik-adik Pramuka yang saya banggakan,</w:t>
      </w:r>
    </w:p>
    <w:p>
      <w:r>
        <w:t>Di tengah perkembangan zaman yang semakin cepat, tantangan yang dihadapi generasi muda juga semakin beragam. Teknologi memberikan banyak kemudahan, tetapi juga menuntut kita untuk semakin bijak dalam menggunakannya.</w:t>
      </w:r>
    </w:p>
    <w:p>
      <w:r>
        <w:t>Sebagai Pramuka, kita tidak cukup hanya menjadi generasi yang cakap secara digital. Kita juga harus memiliki karakter yang kuat. Gunakan teknologi untuk belajar, berkarya, berkomunikasi secara positif, dan menghasilkan sesuatu yang bermanfaat bagi masyarakat.</w:t>
      </w:r>
    </w:p>
    <w:p>
      <w:r>
        <w:t>Nilai-nilai yang diajarkan dalam Pramuka seperti gotong royong, kedisiplinan, keberanian, kejujuran, kepedulian, dan rasa tanggung jawab harus terus diterapkan dalam kehidupan sehari-hari.</w:t>
      </w:r>
    </w:p>
    <w:p>
      <w:r>
        <w:t>Jangan takut untuk bermimpi dan jangan mudah menyerah ketika menghadapi kesulitan. Jadilah generasi muda yang berani mencoba, mau belajar dari kesalahan, dan siap mengambil peran untuk kemajuan bangsa.</w:t>
      </w:r>
    </w:p>
    <w:p>
      <w:r>
        <w:t>Pada Hari Pramuka 2026 ini, mari kita jadikan semangat Satyaku Kudarmakan, Darmaku Kubaktikan sebagai pedoman untuk terus berbuat baik dan memberikan manfaat bagi lingkungan sekitar.</w:t>
      </w:r>
    </w:p>
    <w:p>
      <w:r>
        <w:t>Saya berharap seluruh anggota Pramuka terus menjaga semangat persaudaraan, memperkuat karakter, serta menjadi teladan di sekolah, keluarga, maupun masyarakat.</w:t>
      </w:r>
    </w:p>
    <w:p>
      <w:r>
        <w:t>Selamat Hari Pramuka 2026.</w:t>
      </w:r>
    </w:p>
    <w:p>
      <w:r>
        <w:t>Salam Pramuka!</w:t>
      </w:r>
    </w:p>
    <w:p>
      <w:r>
        <w:t>Wassalamu'alaikum warahmatullahi wabarakatuh.</w:t>
      </w:r>
    </w:p>
    <w:p>
      <w:pPr>
        <w:pStyle w:val="Heading1"/>
      </w:pPr>
      <w:r>
        <w:t>C. Contoh Doa Upacara Hari Pramuka 2026</w:t>
      </w:r>
    </w:p>
    <w:p>
      <w:r>
        <w:t>Bismillahirrahmanirrahim.</w:t>
      </w:r>
    </w:p>
    <w:p>
      <w:r>
        <w:t>Marilah kita menundukkan kepala, memanjatkan doa kepada Tuhan Yang Maha Esa.</w:t>
      </w:r>
    </w:p>
    <w:p>
      <w:r>
        <w:t>Ya Tuhan Yang Maha Pengasih,</w:t>
      </w:r>
    </w:p>
    <w:p>
      <w:r>
        <w:t>Pada hari yang penuh makna ini, kami bersyukur atas segala rahmat dan karunia-Mu sehingga kami dapat mengikuti Upacara Hari Pramuka Tahun 2026 dalam keadaan sehat dan penuh semangat.</w:t>
      </w:r>
    </w:p>
    <w:p>
      <w:r>
        <w:t>Ya Tuhan,</w:t>
      </w:r>
    </w:p>
    <w:p>
      <w:r>
        <w:t>Berikanlah kami kekuatan untuk menjadi generasi muda yang berakhlak baik, disiplin, mandiri, bertanggung jawab, serta memiliki kepedulian terhadap sesama.</w:t>
      </w:r>
    </w:p>
    <w:p>
      <w:r>
        <w:t>Bimbinglah langkah kami agar senantiasa menjunjung tinggi persatuan, menjaga persaudaraan, mencintai tanah air, dan mengamalkan nilai-nilai Tri Satya serta Dasa Darma Pramuka dalam kehidupan sehari-hari.</w:t>
      </w:r>
    </w:p>
    <w:p>
      <w:r>
        <w:t>Ya Tuhan Yang Maha Bijaksana,</w:t>
      </w:r>
    </w:p>
    <w:p>
      <w:r>
        <w:t>Berikanlah kepada kami ilmu yang bermanfaat, hati yang tulus, pikiran yang jernih, dan keberanian untuk menghadapi berbagai tantangan zaman.</w:t>
      </w:r>
    </w:p>
    <w:p>
      <w:r>
        <w:t>Jadikanlah kami generasi yang mampu menggunakan ilmu pengetahuan dan teknologi untuk kebaikan, kemajuan, serta kemaslahatan masyarakat.</w:t>
      </w:r>
    </w:p>
    <w:p>
      <w:r>
        <w:t>Kami juga memohon agar para pembina, pelatih, guru, orang tua, dan seluruh pihak yang membimbing kami senantiasa diberikan kesehatan, kesabaran, kekuatan, dan keberkahan dalam menjalankan tugasnya.</w:t>
      </w:r>
    </w:p>
    <w:p>
      <w:r>
        <w:t>Ya Tuhan,</w:t>
      </w:r>
    </w:p>
    <w:p>
      <w:r>
        <w:t>Jauhkanlah bangsa dan negara kami dari perpecahan, bencana, serta berbagai marabahaya. Anugerahkan kedamaian, persatuan, dan kemajuan bagi Indonesia.</w:t>
      </w:r>
    </w:p>
    <w:p>
      <w:r>
        <w:t>Semoga semangat Pramuka senantiasa tumbuh dalam diri kami, sehingga kami mampu menjadi generasi yang berguna bagi keluarga, masyarakat, bangsa, dan negara.</w:t>
      </w:r>
    </w:p>
    <w:p>
      <w:r>
        <w:t>Kabulkanlah doa dan harapan kami.</w:t>
      </w:r>
    </w:p>
    <w:p>
      <w:r>
        <w:t>Aamiin ya rabbal 'alamin.</w:t>
      </w:r>
    </w:p>
    <w:p>
      <w:r>
        <w:t>Wassalamu'alaikum warahmatullahi wabarakatuh.</w:t>
      </w:r>
    </w:p>
    <w:p>
      <w:r>
        <w:t>Catatan: Doa dapat disesuaikan dengan agama dan keyakinan peserta upacara. Jika upacara dilaksanakan secara resmi di sekolah atau instansi, susunan acara juga dapat menyesuaikan petunjuk penyelenggara dan protokol setempat.</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